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14E46" w14:textId="77777777" w:rsidR="00B50745" w:rsidRDefault="00000000">
      <w:pPr>
        <w:spacing w:after="40"/>
        <w:jc w:val="center"/>
      </w:pPr>
      <w:r>
        <w:rPr>
          <w:b/>
          <w:color w:val="C00000"/>
          <w:sz w:val="20"/>
        </w:rPr>
        <w:t>ANEXO C</w:t>
      </w:r>
    </w:p>
    <w:p w14:paraId="2394D3B5" w14:textId="77777777" w:rsidR="00B50745" w:rsidRDefault="00000000">
      <w:pPr>
        <w:spacing w:after="80"/>
        <w:jc w:val="center"/>
      </w:pPr>
      <w:r>
        <w:rPr>
          <w:b/>
          <w:color w:val="404040"/>
          <w:sz w:val="30"/>
        </w:rPr>
        <w:t>ENTREVISTA INICIAL - OBJETIVA</w:t>
      </w:r>
    </w:p>
    <w:p w14:paraId="1F8A9F65" w14:textId="77777777" w:rsidR="00B50745" w:rsidRDefault="00000000">
      <w:pPr>
        <w:spacing w:after="120" w:line="252" w:lineRule="auto"/>
        <w:jc w:val="center"/>
      </w:pPr>
      <w:r>
        <w:rPr>
          <w:i/>
          <w:color w:val="777777"/>
          <w:sz w:val="18"/>
        </w:rPr>
        <w:t>Realizar no início do estágio. Marque uma ou mais opções em cada item.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917"/>
      </w:tblGrid>
      <w:tr w:rsidR="00B50745" w14:paraId="09DC1B54" w14:textId="77777777">
        <w:trPr>
          <w:cantSplit/>
          <w:jc w:val="center"/>
        </w:trPr>
        <w:tc>
          <w:tcPr>
            <w:tcW w:w="294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2F2F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411BAF6" w14:textId="77777777" w:rsidR="00B50745" w:rsidRDefault="00000000">
            <w:pPr>
              <w:spacing w:after="0" w:line="240" w:lineRule="auto"/>
            </w:pPr>
            <w:r>
              <w:rPr>
                <w:b/>
                <w:color w:val="404040"/>
                <w:sz w:val="17"/>
              </w:rPr>
              <w:t>Estudante:</w:t>
            </w:r>
          </w:p>
        </w:tc>
        <w:tc>
          <w:tcPr>
            <w:tcW w:w="691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73E3DF7" w14:textId="77777777" w:rsidR="00B50745" w:rsidRDefault="00B50745">
            <w:pPr>
              <w:spacing w:after="0" w:line="240" w:lineRule="auto"/>
            </w:pPr>
          </w:p>
        </w:tc>
      </w:tr>
      <w:tr w:rsidR="00B50745" w14:paraId="4084349E" w14:textId="77777777">
        <w:trPr>
          <w:cantSplit/>
          <w:jc w:val="center"/>
        </w:trPr>
        <w:tc>
          <w:tcPr>
            <w:tcW w:w="294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2F2F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C111CE3" w14:textId="77777777" w:rsidR="00B50745" w:rsidRDefault="00000000">
            <w:pPr>
              <w:spacing w:after="0" w:line="240" w:lineRule="auto"/>
            </w:pPr>
            <w:r>
              <w:rPr>
                <w:b/>
                <w:color w:val="404040"/>
                <w:sz w:val="17"/>
              </w:rPr>
              <w:t>Componente de estágio:</w:t>
            </w:r>
          </w:p>
        </w:tc>
        <w:tc>
          <w:tcPr>
            <w:tcW w:w="691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78E1339" w14:textId="77777777" w:rsidR="00B50745" w:rsidRDefault="00B50745">
            <w:pPr>
              <w:spacing w:after="0" w:line="240" w:lineRule="auto"/>
            </w:pPr>
          </w:p>
        </w:tc>
      </w:tr>
      <w:tr w:rsidR="00B50745" w14:paraId="56F43749" w14:textId="77777777">
        <w:trPr>
          <w:cantSplit/>
          <w:jc w:val="center"/>
        </w:trPr>
        <w:tc>
          <w:tcPr>
            <w:tcW w:w="294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2F2F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AE3731B" w14:textId="77777777" w:rsidR="00B50745" w:rsidRDefault="00000000">
            <w:pPr>
              <w:spacing w:after="0" w:line="240" w:lineRule="auto"/>
            </w:pPr>
            <w:r>
              <w:rPr>
                <w:b/>
                <w:color w:val="404040"/>
                <w:sz w:val="17"/>
              </w:rPr>
              <w:t>Instituição:</w:t>
            </w:r>
          </w:p>
        </w:tc>
        <w:tc>
          <w:tcPr>
            <w:tcW w:w="691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2C3A740" w14:textId="77777777" w:rsidR="00B50745" w:rsidRDefault="00B50745">
            <w:pPr>
              <w:spacing w:after="0" w:line="240" w:lineRule="auto"/>
            </w:pPr>
          </w:p>
        </w:tc>
      </w:tr>
      <w:tr w:rsidR="00B50745" w14:paraId="039B4D97" w14:textId="77777777">
        <w:trPr>
          <w:cantSplit/>
          <w:jc w:val="center"/>
        </w:trPr>
        <w:tc>
          <w:tcPr>
            <w:tcW w:w="294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2F2F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1F9E13B" w14:textId="77777777" w:rsidR="00B50745" w:rsidRDefault="00000000">
            <w:pPr>
              <w:spacing w:after="0" w:line="240" w:lineRule="auto"/>
            </w:pPr>
            <w:r>
              <w:rPr>
                <w:b/>
                <w:color w:val="404040"/>
                <w:sz w:val="17"/>
              </w:rPr>
              <w:t>Entrevistado(a) / função:</w:t>
            </w:r>
          </w:p>
        </w:tc>
        <w:tc>
          <w:tcPr>
            <w:tcW w:w="691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A427BFD" w14:textId="77777777" w:rsidR="00B50745" w:rsidRDefault="00B50745">
            <w:pPr>
              <w:spacing w:after="0" w:line="240" w:lineRule="auto"/>
            </w:pPr>
          </w:p>
        </w:tc>
      </w:tr>
      <w:tr w:rsidR="00B50745" w14:paraId="0A4114DB" w14:textId="77777777">
        <w:trPr>
          <w:cantSplit/>
          <w:jc w:val="center"/>
        </w:trPr>
        <w:tc>
          <w:tcPr>
            <w:tcW w:w="294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2F2F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7FC4190" w14:textId="77777777" w:rsidR="00B50745" w:rsidRDefault="00000000">
            <w:pPr>
              <w:spacing w:after="0" w:line="240" w:lineRule="auto"/>
            </w:pPr>
            <w:r>
              <w:rPr>
                <w:b/>
                <w:color w:val="404040"/>
                <w:sz w:val="17"/>
              </w:rPr>
              <w:t>Data:</w:t>
            </w:r>
          </w:p>
        </w:tc>
        <w:tc>
          <w:tcPr>
            <w:tcW w:w="691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36C3BDB" w14:textId="77777777" w:rsidR="00B50745" w:rsidRDefault="00B50745">
            <w:pPr>
              <w:spacing w:after="0" w:line="240" w:lineRule="auto"/>
            </w:pPr>
          </w:p>
        </w:tc>
      </w:tr>
    </w:tbl>
    <w:p w14:paraId="7DC9D64B" w14:textId="77777777" w:rsidR="00B50745" w:rsidRDefault="00000000">
      <w:pPr>
        <w:spacing w:before="100" w:after="60"/>
      </w:pPr>
      <w:r>
        <w:rPr>
          <w:b/>
          <w:color w:val="C00000"/>
        </w:rPr>
        <w:t>PERGUNTAS OBJETIVAS</w:t>
      </w:r>
    </w:p>
    <w:tbl>
      <w:tblPr>
        <w:tblW w:w="11005" w:type="dxa"/>
        <w:jc w:val="center"/>
        <w:tblLayout w:type="fixed"/>
        <w:tblLook w:val="04A0" w:firstRow="1" w:lastRow="0" w:firstColumn="1" w:lastColumn="0" w:noHBand="0" w:noVBand="1"/>
      </w:tblPr>
      <w:tblGrid>
        <w:gridCol w:w="4737"/>
        <w:gridCol w:w="6268"/>
      </w:tblGrid>
      <w:tr w:rsidR="00B50745" w14:paraId="565E8489" w14:textId="77777777" w:rsidTr="006C2822">
        <w:trPr>
          <w:cantSplit/>
          <w:trHeight w:val="357"/>
          <w:tblHeader/>
          <w:jc w:val="center"/>
        </w:trPr>
        <w:tc>
          <w:tcPr>
            <w:tcW w:w="4737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  <w:shd w:val="clear" w:color="auto" w:fill="C00000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2EF90D" w14:textId="77777777" w:rsidR="00B5074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w="626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  <w:shd w:val="clear" w:color="auto" w:fill="C00000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1540A9" w14:textId="77777777" w:rsidR="00B5074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MARQUE AS OPÇÕES</w:t>
            </w:r>
          </w:p>
        </w:tc>
      </w:tr>
      <w:tr w:rsidR="00B50745" w14:paraId="0212809F" w14:textId="77777777" w:rsidTr="006C2822">
        <w:trPr>
          <w:cantSplit/>
          <w:trHeight w:val="630"/>
          <w:jc w:val="center"/>
        </w:trPr>
        <w:tc>
          <w:tcPr>
            <w:tcW w:w="473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30F6067" w14:textId="77777777" w:rsidR="00B50745" w:rsidRDefault="00000000">
            <w:pPr>
              <w:spacing w:after="0" w:line="240" w:lineRule="auto"/>
            </w:pPr>
            <w:r>
              <w:rPr>
                <w:b/>
                <w:color w:val="404040"/>
                <w:sz w:val="16"/>
              </w:rPr>
              <w:t>1. Campo do estágio</w:t>
            </w:r>
          </w:p>
        </w:tc>
        <w:tc>
          <w:tcPr>
            <w:tcW w:w="626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FF200B8" w14:textId="77777777" w:rsidR="00B50745" w:rsidRDefault="00000000">
            <w:pPr>
              <w:spacing w:after="0" w:line="240" w:lineRule="auto"/>
            </w:pPr>
            <w:r>
              <w:rPr>
                <w:color w:val="404040"/>
                <w:sz w:val="16"/>
              </w:rPr>
              <w:t>( ) Educação Infantil   ( ) Ensino Fundamental   ( ) EJA   ( ) Espaço Não Escolar   ( ) Gestão Escolar</w:t>
            </w:r>
          </w:p>
        </w:tc>
      </w:tr>
      <w:tr w:rsidR="00B50745" w14:paraId="396B7C64" w14:textId="77777777" w:rsidTr="006C2822">
        <w:trPr>
          <w:cantSplit/>
          <w:trHeight w:val="293"/>
          <w:jc w:val="center"/>
        </w:trPr>
        <w:tc>
          <w:tcPr>
            <w:tcW w:w="473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ADCFBDA" w14:textId="77777777" w:rsidR="00B50745" w:rsidRDefault="00000000">
            <w:pPr>
              <w:spacing w:after="0" w:line="240" w:lineRule="auto"/>
            </w:pPr>
            <w:r>
              <w:rPr>
                <w:b/>
                <w:color w:val="404040"/>
                <w:sz w:val="16"/>
              </w:rPr>
              <w:t>2. Público atendido</w:t>
            </w:r>
          </w:p>
        </w:tc>
        <w:tc>
          <w:tcPr>
            <w:tcW w:w="626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AB6947E" w14:textId="77777777" w:rsidR="00B50745" w:rsidRDefault="00000000">
            <w:pPr>
              <w:spacing w:after="0" w:line="240" w:lineRule="auto"/>
            </w:pPr>
            <w:r>
              <w:rPr>
                <w:color w:val="404040"/>
                <w:sz w:val="16"/>
              </w:rPr>
              <w:t>( ) Crianças   ( ) Adolescentes   ( ) Jovens   ( ) Adultos   ( ) Idosos   ( ) Comunidade escolar</w:t>
            </w:r>
          </w:p>
        </w:tc>
      </w:tr>
      <w:tr w:rsidR="00B50745" w14:paraId="6D8EE918" w14:textId="77777777" w:rsidTr="006C2822">
        <w:trPr>
          <w:cantSplit/>
          <w:trHeight w:val="630"/>
          <w:jc w:val="center"/>
        </w:trPr>
        <w:tc>
          <w:tcPr>
            <w:tcW w:w="473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B8FE144" w14:textId="77777777" w:rsidR="00B50745" w:rsidRDefault="00000000">
            <w:pPr>
              <w:spacing w:after="0" w:line="240" w:lineRule="auto"/>
            </w:pPr>
            <w:r>
              <w:rPr>
                <w:b/>
                <w:color w:val="404040"/>
                <w:sz w:val="16"/>
              </w:rPr>
              <w:t>3. Atividades da instituição</w:t>
            </w:r>
          </w:p>
        </w:tc>
        <w:tc>
          <w:tcPr>
            <w:tcW w:w="626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9C1DED9" w14:textId="77777777" w:rsidR="00B50745" w:rsidRDefault="00000000">
            <w:pPr>
              <w:spacing w:after="0" w:line="240" w:lineRule="auto"/>
            </w:pPr>
            <w:r>
              <w:rPr>
                <w:color w:val="404040"/>
                <w:sz w:val="16"/>
              </w:rPr>
              <w:t>( ) Aulas   ( ) Oficinas   ( ) Projetos   ( ) Reuniões/Formações   ( ) Ações comunitárias   ( ) Outras</w:t>
            </w:r>
          </w:p>
        </w:tc>
      </w:tr>
      <w:tr w:rsidR="00B50745" w14:paraId="61B52815" w14:textId="77777777" w:rsidTr="006C2822">
        <w:trPr>
          <w:cantSplit/>
          <w:trHeight w:val="314"/>
          <w:jc w:val="center"/>
        </w:trPr>
        <w:tc>
          <w:tcPr>
            <w:tcW w:w="473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E913BC0" w14:textId="77777777" w:rsidR="00B50745" w:rsidRDefault="00000000">
            <w:pPr>
              <w:spacing w:after="0" w:line="240" w:lineRule="auto"/>
            </w:pPr>
            <w:r>
              <w:rPr>
                <w:b/>
                <w:color w:val="404040"/>
                <w:sz w:val="16"/>
              </w:rPr>
              <w:t>4. Atividades permitidas ao estagiário</w:t>
            </w:r>
          </w:p>
        </w:tc>
        <w:tc>
          <w:tcPr>
            <w:tcW w:w="626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4ADFC4E" w14:textId="77777777" w:rsidR="00B50745" w:rsidRDefault="00000000">
            <w:pPr>
              <w:spacing w:after="0" w:line="240" w:lineRule="auto"/>
            </w:pPr>
            <w:r>
              <w:rPr>
                <w:color w:val="404040"/>
                <w:sz w:val="16"/>
              </w:rPr>
              <w:t>( ) Observação   ( ) Participação   ( ) Planejamento   ( ) Regência/Intervenção   ( ) Gestão</w:t>
            </w:r>
          </w:p>
        </w:tc>
      </w:tr>
      <w:tr w:rsidR="00B50745" w14:paraId="2F5FB2F1" w14:textId="77777777" w:rsidTr="006C2822">
        <w:trPr>
          <w:cantSplit/>
          <w:trHeight w:val="630"/>
          <w:jc w:val="center"/>
        </w:trPr>
        <w:tc>
          <w:tcPr>
            <w:tcW w:w="473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DCF8F1B" w14:textId="77777777" w:rsidR="00B50745" w:rsidRDefault="00000000">
            <w:pPr>
              <w:spacing w:after="0" w:line="240" w:lineRule="auto"/>
            </w:pPr>
            <w:r>
              <w:rPr>
                <w:b/>
                <w:color w:val="404040"/>
                <w:sz w:val="16"/>
              </w:rPr>
              <w:t>5. Responsável pelo acompanhamento</w:t>
            </w:r>
          </w:p>
        </w:tc>
        <w:tc>
          <w:tcPr>
            <w:tcW w:w="626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EB20B14" w14:textId="77777777" w:rsidR="00B50745" w:rsidRDefault="00000000">
            <w:pPr>
              <w:spacing w:after="0" w:line="240" w:lineRule="auto"/>
            </w:pPr>
            <w:r>
              <w:rPr>
                <w:color w:val="404040"/>
                <w:sz w:val="16"/>
              </w:rPr>
              <w:t>( ) Professor(a)   ( ) Coordenador(a)   ( ) Diretor(a)/Gestor(a)   ( ) Outro: __________________</w:t>
            </w:r>
          </w:p>
        </w:tc>
      </w:tr>
      <w:tr w:rsidR="00B50745" w14:paraId="2247278F" w14:textId="77777777" w:rsidTr="006C2822">
        <w:trPr>
          <w:cantSplit/>
          <w:trHeight w:val="630"/>
          <w:jc w:val="center"/>
        </w:trPr>
        <w:tc>
          <w:tcPr>
            <w:tcW w:w="473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56095A1" w14:textId="77777777" w:rsidR="00B50745" w:rsidRDefault="00000000">
            <w:pPr>
              <w:spacing w:after="0" w:line="240" w:lineRule="auto"/>
            </w:pPr>
            <w:r>
              <w:rPr>
                <w:b/>
                <w:color w:val="404040"/>
                <w:sz w:val="16"/>
              </w:rPr>
              <w:t>6. Recursos disponíveis</w:t>
            </w:r>
          </w:p>
        </w:tc>
        <w:tc>
          <w:tcPr>
            <w:tcW w:w="626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558FF4D" w14:textId="77777777" w:rsidR="00B50745" w:rsidRDefault="00000000">
            <w:pPr>
              <w:spacing w:after="0" w:line="240" w:lineRule="auto"/>
            </w:pPr>
            <w:r>
              <w:rPr>
                <w:color w:val="404040"/>
                <w:sz w:val="16"/>
              </w:rPr>
              <w:t>( ) Sala   ( ) Biblioteca   ( ) Computador/Internet   ( ) Materiais pedagógicos   ( ) Acessibilidade</w:t>
            </w:r>
          </w:p>
        </w:tc>
      </w:tr>
      <w:tr w:rsidR="00B50745" w14:paraId="7D97C645" w14:textId="77777777" w:rsidTr="006C2822">
        <w:trPr>
          <w:cantSplit/>
          <w:trHeight w:val="314"/>
          <w:jc w:val="center"/>
        </w:trPr>
        <w:tc>
          <w:tcPr>
            <w:tcW w:w="473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EC552B9" w14:textId="77777777" w:rsidR="00B50745" w:rsidRDefault="00000000">
            <w:pPr>
              <w:spacing w:after="0" w:line="240" w:lineRule="auto"/>
            </w:pPr>
            <w:r>
              <w:rPr>
                <w:b/>
                <w:color w:val="404040"/>
                <w:sz w:val="16"/>
              </w:rPr>
              <w:t>7. Normas que devem ser respeitadas</w:t>
            </w:r>
          </w:p>
        </w:tc>
        <w:tc>
          <w:tcPr>
            <w:tcW w:w="626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3033869" w14:textId="77777777" w:rsidR="00B50745" w:rsidRDefault="00000000">
            <w:pPr>
              <w:spacing w:after="0" w:line="240" w:lineRule="auto"/>
            </w:pPr>
            <w:r>
              <w:rPr>
                <w:color w:val="404040"/>
                <w:sz w:val="16"/>
              </w:rPr>
              <w:t>( ) Pontualidade   ( ) Sigilo   ( ) Crachá/Uniforme   ( ) Não fotografar   ( ) Outras</w:t>
            </w:r>
          </w:p>
        </w:tc>
      </w:tr>
      <w:tr w:rsidR="00B50745" w14:paraId="1EC7B60F" w14:textId="77777777" w:rsidTr="006C2822">
        <w:trPr>
          <w:cantSplit/>
          <w:trHeight w:val="630"/>
          <w:jc w:val="center"/>
        </w:trPr>
        <w:tc>
          <w:tcPr>
            <w:tcW w:w="473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29E32C3" w14:textId="77777777" w:rsidR="00B50745" w:rsidRDefault="00000000">
            <w:pPr>
              <w:spacing w:after="0" w:line="240" w:lineRule="auto"/>
            </w:pPr>
            <w:r>
              <w:rPr>
                <w:b/>
                <w:color w:val="404040"/>
                <w:sz w:val="16"/>
              </w:rPr>
              <w:t>8. Necessidade ou prioridade observada</w:t>
            </w:r>
          </w:p>
        </w:tc>
        <w:tc>
          <w:tcPr>
            <w:tcW w:w="626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A0E39AE" w14:textId="77777777" w:rsidR="00B50745" w:rsidRDefault="00000000">
            <w:pPr>
              <w:spacing w:after="0" w:line="240" w:lineRule="auto"/>
            </w:pPr>
            <w:r>
              <w:rPr>
                <w:color w:val="404040"/>
                <w:sz w:val="16"/>
              </w:rPr>
              <w:t>( ) Aprendizagem   ( ) Inclusão   ( ) Participação   ( ) Famílias   ( ) Organização pedagógica   ( ) Outra</w:t>
            </w:r>
          </w:p>
        </w:tc>
      </w:tr>
      <w:tr w:rsidR="00B50745" w14:paraId="03FC33FF" w14:textId="77777777" w:rsidTr="006C2822">
        <w:trPr>
          <w:cantSplit/>
          <w:trHeight w:val="314"/>
          <w:jc w:val="center"/>
        </w:trPr>
        <w:tc>
          <w:tcPr>
            <w:tcW w:w="473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EA01BDD" w14:textId="77777777" w:rsidR="00B50745" w:rsidRDefault="00000000">
            <w:pPr>
              <w:spacing w:after="0" w:line="240" w:lineRule="auto"/>
            </w:pPr>
            <w:r>
              <w:rPr>
                <w:b/>
                <w:color w:val="404040"/>
                <w:sz w:val="16"/>
              </w:rPr>
              <w:t>9. Validação das atividades</w:t>
            </w:r>
          </w:p>
        </w:tc>
        <w:tc>
          <w:tcPr>
            <w:tcW w:w="626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F59D2E4" w14:textId="77777777" w:rsidR="00B50745" w:rsidRDefault="00000000">
            <w:pPr>
              <w:spacing w:after="0" w:line="240" w:lineRule="auto"/>
            </w:pPr>
            <w:r>
              <w:rPr>
                <w:color w:val="404040"/>
                <w:sz w:val="16"/>
              </w:rPr>
              <w:t>( ) Visto diário   ( ) Assinatura semanal   ( ) Avaliação final   ( ) Outra: __________________</w:t>
            </w:r>
          </w:p>
        </w:tc>
      </w:tr>
    </w:tbl>
    <w:p w14:paraId="6210B061" w14:textId="77777777" w:rsidR="00883F5D" w:rsidRDefault="00883F5D">
      <w:pPr>
        <w:spacing w:before="100" w:after="40"/>
        <w:rPr>
          <w:b/>
          <w:color w:val="C00000"/>
          <w:sz w:val="19"/>
        </w:rPr>
      </w:pPr>
    </w:p>
    <w:p w14:paraId="788DCECF" w14:textId="354B64E9" w:rsidR="00883F5D" w:rsidRPr="00883F5D" w:rsidRDefault="00000000">
      <w:pPr>
        <w:spacing w:before="100" w:after="40"/>
        <w:rPr>
          <w:b/>
          <w:color w:val="C00000"/>
          <w:sz w:val="19"/>
        </w:rPr>
      </w:pPr>
      <w:r>
        <w:rPr>
          <w:b/>
          <w:color w:val="C00000"/>
          <w:sz w:val="19"/>
        </w:rPr>
        <w:t>OBSERVAÇÃO IMPORTANTE (se necessário)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61"/>
        <w:gridCol w:w="4904"/>
      </w:tblGrid>
      <w:tr w:rsidR="00B50745" w14:paraId="4C61D4D4" w14:textId="77777777">
        <w:trPr>
          <w:cantSplit/>
          <w:jc w:val="center"/>
        </w:trPr>
        <w:tc>
          <w:tcPr>
            <w:tcW w:w="10200" w:type="dxa"/>
            <w:gridSpan w:val="2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AC4F0F" w14:textId="77777777" w:rsidR="00B50745" w:rsidRDefault="00000000">
            <w:pPr>
              <w:spacing w:after="0" w:line="240" w:lineRule="auto"/>
            </w:pPr>
            <w:r>
              <w:rPr>
                <w:color w:val="404040"/>
                <w:sz w:val="17"/>
              </w:rPr>
              <w:br/>
            </w:r>
          </w:p>
        </w:tc>
      </w:tr>
      <w:tr w:rsidR="00B50745" w14:paraId="7AF02A0C" w14:textId="77777777">
        <w:trPr>
          <w:cantSplit/>
          <w:jc w:val="center"/>
        </w:trPr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80" w:type="dxa"/>
              <w:bottom w:w="0" w:type="dxa"/>
              <w:right w:w="80" w:type="dxa"/>
            </w:tcMar>
          </w:tcPr>
          <w:p w14:paraId="602EB5E3" w14:textId="674867D8" w:rsidR="00B50745" w:rsidRDefault="00883F5D">
            <w:pPr>
              <w:spacing w:after="0" w:line="240" w:lineRule="auto"/>
              <w:jc w:val="center"/>
            </w:pPr>
            <w:r>
              <w:rPr>
                <w:color w:val="404040"/>
                <w:sz w:val="17"/>
              </w:rPr>
              <w:br/>
            </w:r>
            <w:r>
              <w:rPr>
                <w:color w:val="404040"/>
                <w:sz w:val="17"/>
              </w:rPr>
              <w:br/>
            </w:r>
            <w:r>
              <w:rPr>
                <w:color w:val="404040"/>
                <w:sz w:val="17"/>
              </w:rPr>
              <w:br/>
            </w:r>
            <w:r>
              <w:rPr>
                <w:color w:val="404040"/>
                <w:sz w:val="17"/>
              </w:rPr>
              <w:br/>
            </w:r>
            <w:r>
              <w:rPr>
                <w:color w:val="404040"/>
                <w:sz w:val="17"/>
              </w:rPr>
              <w:br/>
              <w:t>________________________________________</w:t>
            </w:r>
            <w:r>
              <w:rPr>
                <w:color w:val="404040"/>
                <w:sz w:val="17"/>
              </w:rPr>
              <w:br/>
              <w:t>Estudante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80" w:type="dxa"/>
              <w:bottom w:w="0" w:type="dxa"/>
              <w:right w:w="80" w:type="dxa"/>
            </w:tcMar>
          </w:tcPr>
          <w:p w14:paraId="7B049C61" w14:textId="74D487E2" w:rsidR="00B50745" w:rsidRDefault="00883F5D">
            <w:pPr>
              <w:spacing w:after="0" w:line="240" w:lineRule="auto"/>
              <w:jc w:val="center"/>
            </w:pPr>
            <w:r>
              <w:rPr>
                <w:color w:val="404040"/>
                <w:sz w:val="17"/>
              </w:rPr>
              <w:br/>
            </w:r>
            <w:r>
              <w:rPr>
                <w:color w:val="404040"/>
                <w:sz w:val="17"/>
              </w:rPr>
              <w:br/>
            </w:r>
            <w:r>
              <w:rPr>
                <w:color w:val="404040"/>
                <w:sz w:val="17"/>
              </w:rPr>
              <w:br/>
            </w:r>
            <w:r>
              <w:rPr>
                <w:color w:val="404040"/>
                <w:sz w:val="17"/>
              </w:rPr>
              <w:br/>
            </w:r>
            <w:r>
              <w:rPr>
                <w:color w:val="404040"/>
                <w:sz w:val="17"/>
              </w:rPr>
              <w:br/>
              <w:t>________________________________________</w:t>
            </w:r>
            <w:r>
              <w:rPr>
                <w:color w:val="404040"/>
                <w:sz w:val="17"/>
              </w:rPr>
              <w:br/>
              <w:t>Entrevistado(a) / Responsável pelo campo</w:t>
            </w:r>
          </w:p>
        </w:tc>
      </w:tr>
    </w:tbl>
    <w:p w14:paraId="6A8A1574" w14:textId="77777777" w:rsidR="00E559DE" w:rsidRDefault="00E559DE"/>
    <w:sectPr w:rsidR="00E559DE" w:rsidSect="006C2822">
      <w:headerReference w:type="default" r:id="rId8"/>
      <w:footerReference w:type="default" r:id="rId9"/>
      <w:pgSz w:w="12240" w:h="15840"/>
      <w:pgMar w:top="1701" w:right="1134" w:bottom="1134" w:left="1701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25EF4" w14:textId="77777777" w:rsidR="00E27255" w:rsidRDefault="00E27255">
      <w:pPr>
        <w:spacing w:after="0" w:line="240" w:lineRule="auto"/>
      </w:pPr>
      <w:r>
        <w:separator/>
      </w:r>
    </w:p>
  </w:endnote>
  <w:endnote w:type="continuationSeparator" w:id="0">
    <w:p w14:paraId="428D9147" w14:textId="77777777" w:rsidR="00E27255" w:rsidRDefault="00E27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86FE3" w14:textId="57020ED9" w:rsidR="00B50745" w:rsidRPr="006C2822" w:rsidRDefault="006C2822" w:rsidP="006C2822">
    <w:pPr>
      <w:pStyle w:val="Rodap"/>
    </w:pPr>
    <w:r w:rsidRPr="003561AA">
      <w:rPr>
        <w:noProof/>
        <w:sz w:val="24"/>
        <w:szCs w:val="24"/>
      </w:rPr>
      <w:drawing>
        <wp:anchor distT="0" distB="0" distL="114300" distR="114300" simplePos="0" relativeHeight="251662336" behindDoc="1" locked="0" layoutInCell="1" allowOverlap="1" wp14:anchorId="050085C2" wp14:editId="17D5B8DC">
          <wp:simplePos x="0" y="0"/>
          <wp:positionH relativeFrom="page">
            <wp:posOffset>508635</wp:posOffset>
          </wp:positionH>
          <wp:positionV relativeFrom="paragraph">
            <wp:posOffset>-635</wp:posOffset>
          </wp:positionV>
          <wp:extent cx="6543040" cy="238760"/>
          <wp:effectExtent l="0" t="0" r="0" b="8890"/>
          <wp:wrapNone/>
          <wp:docPr id="132066978" name="Imagem 1320669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m 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3040" cy="238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81FAD" w14:textId="77777777" w:rsidR="00E27255" w:rsidRDefault="00E27255">
      <w:pPr>
        <w:spacing w:after="0" w:line="240" w:lineRule="auto"/>
      </w:pPr>
      <w:r>
        <w:separator/>
      </w:r>
    </w:p>
  </w:footnote>
  <w:footnote w:type="continuationSeparator" w:id="0">
    <w:p w14:paraId="4989FC30" w14:textId="77777777" w:rsidR="00E27255" w:rsidRDefault="00E272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087EB" w14:textId="77777777" w:rsidR="006C2822" w:rsidRDefault="006C2822" w:rsidP="006C2822">
    <w:pPr>
      <w:pStyle w:val="Cabealho"/>
    </w:pPr>
  </w:p>
  <w:p w14:paraId="6AEB287F" w14:textId="77777777" w:rsidR="006C2822" w:rsidRDefault="006C2822" w:rsidP="006C2822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AA474A" wp14:editId="6E7DA3AB">
              <wp:simplePos x="0" y="0"/>
              <wp:positionH relativeFrom="column">
                <wp:posOffset>1807845</wp:posOffset>
              </wp:positionH>
              <wp:positionV relativeFrom="paragraph">
                <wp:posOffset>57785</wp:posOffset>
              </wp:positionV>
              <wp:extent cx="3840480" cy="335280"/>
              <wp:effectExtent l="0" t="0" r="7620" b="7620"/>
              <wp:wrapNone/>
              <wp:docPr id="537445033" name="Caixa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40480" cy="3352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E9ECE7" w14:textId="77777777" w:rsidR="006C2822" w:rsidRDefault="006C2822" w:rsidP="006C2822">
                          <w:pPr>
                            <w:pStyle w:val="Cabealho"/>
                            <w:jc w:val="center"/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</w:rPr>
                            <w:t>CENTRO EDUCACIONAL MALTA LTDA - CNPJ 17.145.404/0001-76</w:t>
                          </w:r>
                        </w:p>
                        <w:p w14:paraId="4E323747" w14:textId="77777777" w:rsidR="006C2822" w:rsidRPr="00DA4032" w:rsidRDefault="006C2822" w:rsidP="006C2822">
                          <w:pPr>
                            <w:jc w:val="center"/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DA4032"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</w:rPr>
                            <w:t>CREDENCIADA PELA PORTARIA Nº 245 - PUBLICADA NO D.O.U. DE 27/04/2021</w:t>
                          </w:r>
                        </w:p>
                        <w:p w14:paraId="777F8511" w14:textId="77777777" w:rsidR="006C2822" w:rsidRDefault="006C2822" w:rsidP="006C282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AA474A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6" type="#_x0000_t202" style="position:absolute;margin-left:142.35pt;margin-top:4.55pt;width:302.4pt;height:26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" fillcolor="white [3201]" stroked="f" strokeweight=".5pt">
              <v:textbox>
                <w:txbxContent>
                  <w:p w14:paraId="69E9ECE7" w14:textId="77777777" w:rsidR="006C2822" w:rsidRDefault="006C2822" w:rsidP="006C2822">
                    <w:pPr>
                      <w:pStyle w:val="Cabealho"/>
                      <w:jc w:val="center"/>
                      <w:rPr>
                        <w:b/>
                        <w:bCs/>
                        <w:sz w:val="14"/>
                        <w:szCs w:val="14"/>
                      </w:rPr>
                    </w:pPr>
                    <w:r>
                      <w:rPr>
                        <w:rFonts w:cs="Calibri"/>
                        <w:b/>
                        <w:bCs/>
                        <w:sz w:val="14"/>
                        <w:szCs w:val="14"/>
                      </w:rPr>
                      <w:t>CENTRO EDUCACIONAL MALTA LTDA - CNPJ 17.145.404/0001-76</w:t>
                    </w:r>
                  </w:p>
                  <w:p w14:paraId="4E323747" w14:textId="77777777" w:rsidR="006C2822" w:rsidRPr="00DA4032" w:rsidRDefault="006C2822" w:rsidP="006C2822">
                    <w:pPr>
                      <w:jc w:val="center"/>
                      <w:rPr>
                        <w:rFonts w:cs="Calibri"/>
                        <w:b/>
                        <w:bCs/>
                        <w:sz w:val="14"/>
                        <w:szCs w:val="14"/>
                      </w:rPr>
                    </w:pPr>
                    <w:r w:rsidRPr="00DA4032">
                      <w:rPr>
                        <w:rFonts w:cs="Calibri"/>
                        <w:b/>
                        <w:bCs/>
                        <w:sz w:val="14"/>
                        <w:szCs w:val="14"/>
                      </w:rPr>
                      <w:t>CREDENCIADA PELA PORTARIA Nº 245 - PUBLICADA NO D.O.U. DE 27/04/2021</w:t>
                    </w:r>
                  </w:p>
                  <w:p w14:paraId="777F8511" w14:textId="77777777" w:rsidR="006C2822" w:rsidRDefault="006C2822" w:rsidP="006C2822"/>
                </w:txbxContent>
              </v:textbox>
            </v:shape>
          </w:pict>
        </mc:Fallback>
      </mc:AlternateContent>
    </w:r>
    <w:r>
      <w:rPr>
        <w:noProof/>
        <w:lang w:eastAsia="pt-BR"/>
      </w:rPr>
      <w:drawing>
        <wp:inline distT="0" distB="0" distL="0" distR="0" wp14:anchorId="64FCC364" wp14:editId="4FE0BF4D">
          <wp:extent cx="1645920" cy="347416"/>
          <wp:effectExtent l="0" t="0" r="0" b="0"/>
          <wp:docPr id="1058862277" name="Imagem 10588622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240" cy="3715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7D8027" w14:textId="77777777" w:rsidR="006C2822" w:rsidRDefault="006C2822" w:rsidP="006C2822">
    <w:pPr>
      <w:pStyle w:val="Cabealho"/>
    </w:pPr>
    <w:r>
      <w:rPr>
        <w:noProof/>
        <w:lang w:eastAsia="pt-BR"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7C17BCFE" wp14:editId="35BA5C2D">
              <wp:simplePos x="0" y="0"/>
              <wp:positionH relativeFrom="column">
                <wp:posOffset>-289560</wp:posOffset>
              </wp:positionH>
              <wp:positionV relativeFrom="paragraph">
                <wp:posOffset>120015</wp:posOffset>
              </wp:positionV>
              <wp:extent cx="6229985" cy="0"/>
              <wp:effectExtent l="0" t="19050" r="37465" b="57150"/>
              <wp:wrapNone/>
              <wp:docPr id="1690439089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98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ffectLst>
                        <a:outerShdw dist="28398" dir="3806097" algn="ctr" rotWithShape="0">
                          <a:srgbClr val="7F7F7F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A9D3C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22.8pt;margin-top:9.45pt;width:490.55pt;height:0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" strokecolor="#c00000" strokeweight="3pt">
              <v:shadow on="t" color="#7f7f7f" opacity=".5" offset="1pt"/>
            </v:shape>
          </w:pict>
        </mc:Fallback>
      </mc:AlternateContent>
    </w:r>
  </w:p>
  <w:p w14:paraId="6AE5BD03" w14:textId="7FBA85AB" w:rsidR="00B50745" w:rsidRDefault="00B50745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0998299">
    <w:abstractNumId w:val="8"/>
  </w:num>
  <w:num w:numId="2" w16cid:durableId="1045058485">
    <w:abstractNumId w:val="6"/>
  </w:num>
  <w:num w:numId="3" w16cid:durableId="1500733475">
    <w:abstractNumId w:val="5"/>
  </w:num>
  <w:num w:numId="4" w16cid:durableId="848762775">
    <w:abstractNumId w:val="4"/>
  </w:num>
  <w:num w:numId="5" w16cid:durableId="2038966312">
    <w:abstractNumId w:val="7"/>
  </w:num>
  <w:num w:numId="6" w16cid:durableId="711154897">
    <w:abstractNumId w:val="3"/>
  </w:num>
  <w:num w:numId="7" w16cid:durableId="1896087836">
    <w:abstractNumId w:val="2"/>
  </w:num>
  <w:num w:numId="8" w16cid:durableId="2037612243">
    <w:abstractNumId w:val="1"/>
  </w:num>
  <w:num w:numId="9" w16cid:durableId="2047636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C2822"/>
    <w:rsid w:val="00883F5D"/>
    <w:rsid w:val="00AA1D8D"/>
    <w:rsid w:val="00B47730"/>
    <w:rsid w:val="00B50745"/>
    <w:rsid w:val="00BA5480"/>
    <w:rsid w:val="00CB0664"/>
    <w:rsid w:val="00E27255"/>
    <w:rsid w:val="00E559DE"/>
    <w:rsid w:val="00F62FC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EE632F"/>
  <w14:defaultImageDpi w14:val="300"/>
  <w15:docId w15:val="{E7500B12-1079-47E1-9EB0-03794857B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Liberation Sans" w:eastAsia="Liberation Sans" w:hAnsi="Liberation Sans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1,Fragmento,encabezado,UNIBERO,Cover Page"/>
    <w:basedOn w:val="Normal"/>
    <w:link w:val="Cabealho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aliases w:val="Cabeçalho1 Char,Fragmento Char,encabezado Char,UNIBERO Char,Cover Page Char"/>
    <w:basedOn w:val="Fontepargpadro"/>
    <w:link w:val="Cabealho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Entrevista Inicial</dc:title>
  <dc:subject>Estágio Curricular Supervisionado - Licenciatura em Pedagogia</dc:subject>
  <dc:creator>Faculdade Malta - FACMA</dc:creator>
  <cp:keywords>estágio supervisionado, pedagogia, FACMA, formulários</cp:keywords>
  <dc:description>generated by python-docx</dc:description>
  <cp:lastModifiedBy>Emanuelly Gomes</cp:lastModifiedBy>
  <cp:revision>4</cp:revision>
  <dcterms:created xsi:type="dcterms:W3CDTF">2013-12-23T23:15:00Z</dcterms:created>
  <dcterms:modified xsi:type="dcterms:W3CDTF">2026-07-24T13:49:00Z</dcterms:modified>
  <cp:category/>
</cp:coreProperties>
</file>